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234440" cy="123444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_clean_vector_style_circular_logo_badge_on_a_wh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34440" cy="12344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ascii="Georgia" w:hAnsi="Georgia"/>
          <w:b/>
          <w:color w:val="31482B"/>
          <w:sz w:val="48"/>
        </w:rPr>
        <w:t>CEDAR GROVE</w:t>
      </w:r>
    </w:p>
    <w:p>
      <w:pPr>
        <w:jc w:val="center"/>
      </w:pPr>
      <w:r>
        <w:rPr>
          <w:rFonts w:ascii="Georgia" w:hAnsi="Georgia"/>
          <w:b w:val="0"/>
          <w:color w:val="31482B"/>
          <w:sz w:val="24"/>
        </w:rPr>
        <w:t>H O M E   A C A D E M Y</w:t>
      </w:r>
    </w:p>
    <w:p>
      <w:pPr>
        <w:jc w:val="center"/>
      </w:pPr>
      <w:r>
        <w:rPr>
          <w:rFonts w:ascii="Georgia" w:hAnsi="Georgia"/>
          <w:b/>
          <w:color w:val="31482B"/>
          <w:sz w:val="34"/>
        </w:rPr>
        <w:t>HOME EDUCATOR VERIFICATION</w:t>
      </w:r>
    </w:p>
    <w:p>
      <w:pPr>
        <w:spacing w:line="300" w:lineRule="auto"/>
        <w:jc w:val="both"/>
      </w:pPr>
      <w:r>
        <w:t>This document serves as verification that the individual identified below is the parent educator and primary instructor responsible for overseeing and providing home-based education through Cedar Grove Home Academy for the student and academic year listed below.</w:t>
      </w:r>
    </w:p>
    <w:p>
      <w:r>
        <w:rPr>
          <w:rFonts w:ascii="Georgia" w:hAnsi="Georgia"/>
          <w:b/>
          <w:color w:val="31482B"/>
        </w:rPr>
        <w:t>Educator / Parent Instructor Name:</w:t>
      </w:r>
      <w:r>
        <w:br/>
        <w:t>______________________________________________________________________________</w:t>
      </w:r>
    </w:p>
    <w:p>
      <w:r>
        <w:rPr>
          <w:rFonts w:ascii="Georgia" w:hAnsi="Georgia"/>
          <w:b/>
          <w:color w:val="31482B"/>
        </w:rPr>
        <w:t>Student Name:</w:t>
      </w:r>
      <w:r>
        <w:br/>
        <w:t>______________________________________________________________________________</w:t>
      </w:r>
    </w:p>
    <w:p>
      <w:r>
        <w:rPr>
          <w:rFonts w:ascii="Georgia" w:hAnsi="Georgia"/>
          <w:b/>
          <w:color w:val="31482B"/>
        </w:rPr>
        <w:t>Grade Level:</w:t>
      </w:r>
      <w:r>
        <w:br/>
        <w:t>______________________________________________________________________________</w:t>
      </w:r>
    </w:p>
    <w:p>
      <w:r>
        <w:rPr>
          <w:rFonts w:ascii="Georgia" w:hAnsi="Georgia"/>
          <w:b/>
          <w:color w:val="31482B"/>
        </w:rPr>
        <w:t>Academic / School Year:</w:t>
      </w:r>
      <w:r>
        <w:br/>
        <w:t>______________________________________________________________________________</w:t>
      </w:r>
    </w:p>
    <w:p>
      <w:r>
        <w:rPr>
          <w:rFonts w:ascii="Georgia" w:hAnsi="Georgia"/>
          <w:b/>
          <w:color w:val="31482B"/>
        </w:rPr>
        <w:t>Dates of Instruction:</w:t>
      </w:r>
      <w:r>
        <w:br/>
        <w:t>______________________________________________________________________________</w:t>
      </w:r>
    </w:p>
    <w:p>
      <w:pPr>
        <w:spacing w:line="300" w:lineRule="auto"/>
        <w:jc w:val="both"/>
      </w:pPr>
      <w:r>
        <w:t>As the parent educator and primary instructor, I am responsible for the planning, oversight, facilitation, and documentation of the student's home education program, including maintaining appropriate academic and attendance records.</w:t>
      </w:r>
    </w:p>
    <w:p>
      <w:pPr>
        <w:jc w:val="both"/>
      </w:pPr>
      <w:r>
        <w:t>I certify that the information provided in this verification is true and accurate to the best of my knowledge.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</w:tcPr>
          <w:p>
            <w:pPr>
              <w:jc w:val="center"/>
            </w:pPr>
            <w:r>
              <w:rPr>
                <w:rFonts w:ascii="Georgia" w:hAnsi="Georgia"/>
                <w:color w:val="31482B"/>
                <w:sz w:val="18"/>
              </w:rPr>
              <w:t>____________________________________________</w:t>
            </w:r>
          </w:p>
        </w:tc>
        <w:tc>
          <w:tcPr>
            <w:tcW w:type="dxa" w:w="5040"/>
          </w:tcPr>
          <w:p>
            <w:pPr>
              <w:jc w:val="center"/>
            </w:pPr>
            <w:r>
              <w:rPr>
                <w:rFonts w:ascii="Georgia" w:hAnsi="Georgia"/>
                <w:color w:val="31482B"/>
                <w:sz w:val="18"/>
              </w:rPr>
              <w:t>________________________</w:t>
            </w:r>
          </w:p>
        </w:tc>
      </w:tr>
      <w:tr>
        <w:tc>
          <w:tcPr>
            <w:tcW w:type="dxa" w:w="5040"/>
          </w:tcPr>
          <w:p>
            <w:pPr>
              <w:jc w:val="center"/>
            </w:pPr>
            <w:r>
              <w:rPr>
                <w:rFonts w:ascii="Georgia" w:hAnsi="Georgia"/>
                <w:color w:val="31482B"/>
                <w:sz w:val="18"/>
              </w:rPr>
              <w:t>Educator / Parent Instructor Signature</w:t>
            </w:r>
          </w:p>
        </w:tc>
        <w:tc>
          <w:tcPr>
            <w:tcW w:type="dxa" w:w="5040"/>
          </w:tcPr>
          <w:p>
            <w:pPr>
              <w:jc w:val="center"/>
            </w:pPr>
            <w:r>
              <w:rPr>
                <w:rFonts w:ascii="Georgia" w:hAnsi="Georgia"/>
                <w:color w:val="31482B"/>
                <w:sz w:val="18"/>
              </w:rPr>
              <w:t>Date</w:t>
            </w:r>
          </w:p>
        </w:tc>
      </w:tr>
    </w:tbl>
    <w:p/>
    <w:p>
      <w:pPr>
        <w:jc w:val="center"/>
      </w:pPr>
      <w:r>
        <w:rPr>
          <w:rFonts w:ascii="Georgia" w:hAnsi="Georgia"/>
          <w:b/>
          <w:color w:val="31482B"/>
          <w:sz w:val="18"/>
        </w:rPr>
        <w:t>ROOTED IN TRUTH. GROWING IN KNOWLEDGE.</w:t>
      </w:r>
    </w:p>
    <w:p>
      <w:pPr>
        <w:jc w:val="center"/>
      </w:pPr>
      <w:r>
        <w:rPr>
          <w:rFonts w:ascii="Georgia" w:hAnsi="Georgia"/>
          <w:color w:val="6C774D"/>
          <w:sz w:val="16"/>
        </w:rPr>
        <w:t>PSALMS 92:12</w:t>
      </w:r>
    </w:p>
    <w:sectPr w:rsidR="00FC693F" w:rsidRPr="0006063C" w:rsidSect="00034616">
      <w:pgSz w:w="12240" w:h="15840"/>
      <w:pgMar w:top="792" w:right="1080" w:bottom="792" w:left="1080" w:header="720" w:footer="720" w:gutter="0"/>
      <w:cols w:space="720"/>
      <w:docGrid w:linePitch="360"/>
      <w:pgBorders w:offsetFrom="page">
        <w:top w:val="single" w:sz="8" w:space="18" w:color="4B5F3C"/>
        <w:left w:val="single" w:sz="8" w:space="18" w:color="4B5F3C"/>
        <w:bottom w:val="single" w:sz="8" w:space="18" w:color="4B5F3C"/>
        <w:right w:val="single" w:sz="8" w:space="18" w:color="4B5F3C"/>
      </w:pgBorder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