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03120" cy="2103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minimalist_emblem_logo_design_on_a_ligh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103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Georgia" w:hAnsi="Georgia"/>
          <w:b/>
          <w:color w:val="31482B"/>
          <w:sz w:val="60"/>
        </w:rPr>
        <w:t>CEDAR GROVE</w:t>
      </w:r>
    </w:p>
    <w:p>
      <w:pPr>
        <w:jc w:val="center"/>
      </w:pPr>
      <w:r>
        <w:rPr>
          <w:color w:val="31482B"/>
          <w:sz w:val="32"/>
        </w:rPr>
        <w:t>H O M E   A C A D E M Y</w:t>
      </w:r>
    </w:p>
    <w:p>
      <w:pPr>
        <w:jc w:val="center"/>
      </w:pPr>
      <w:r>
        <w:rPr>
          <w:b/>
          <w:color w:val="6C774D"/>
          <w:sz w:val="32"/>
        </w:rPr>
        <w:t>HOMESCHOOL RECORDS &amp; HIGH SCHOOL PLANNING BINDER</w:t>
      </w:r>
    </w:p>
    <w:p>
      <w:r>
        <w:br/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Graduation Class:  </w:t>
      </w:r>
      <w:r>
        <w:t>_____________________________________________</w:t>
      </w:r>
    </w:p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SCHOOL PROFILE &amp; EDUCATIONAL PHILOSOPHY</w:t>
      </w:r>
    </w:p>
    <w:p>
      <w:r>
        <w:rPr>
          <w:b/>
          <w:color w:val="31482B"/>
        </w:rPr>
        <w:t xml:space="preserve">School Name:  </w:t>
      </w:r>
      <w:r>
        <w:t>_____________________________________________</w:t>
      </w:r>
    </w:p>
    <w:p>
      <w:r>
        <w:rPr>
          <w:b/>
          <w:color w:val="31482B"/>
        </w:rPr>
        <w:t xml:space="preserve">School Address:  </w:t>
      </w:r>
      <w:r>
        <w:t>_____________________________________________</w:t>
      </w:r>
    </w:p>
    <w:p>
      <w:r>
        <w:rPr>
          <w:b/>
          <w:color w:val="31482B"/>
        </w:rPr>
        <w:t xml:space="preserve">Administrator/Parent Educator:  </w:t>
      </w:r>
      <w:r>
        <w:t>___________________________________</w:t>
      </w:r>
    </w:p>
    <w:p>
      <w:r>
        <w:rPr>
          <w:b/>
          <w:color w:val="31482B"/>
        </w:rPr>
        <w:t xml:space="preserve">Primary Contact Information:  </w:t>
      </w:r>
      <w:r>
        <w:t>___________________________________</w:t>
      </w:r>
    </w:p>
    <w:p>
      <w:pPr>
        <w:pStyle w:val="Heading2"/>
      </w:pPr>
      <w:r>
        <w:t>Mission Statement</w:t>
      </w:r>
    </w:p>
    <w:p>
      <w:r>
        <w:t>_________________________________________________________________________________________________________</w:t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Educational Philosophy</w:t>
      </w:r>
    </w:p>
    <w:p>
      <w:r>
        <w:t>_________________________________________________________________________________________________________</w:t>
        <w:br/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School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Academic Year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School Year Dates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Instructional Model</w:t>
            </w:r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STUDENT PERMANENT RECORD</w:t>
      </w:r>
    </w:p>
    <w:p>
      <w:r>
        <w:rPr>
          <w:b/>
          <w:color w:val="31482B"/>
        </w:rPr>
        <w:t xml:space="preserve">Student's Full Legal Name:  </w:t>
      </w:r>
      <w:r>
        <w:t>________________________________________</w:t>
      </w:r>
    </w:p>
    <w:p>
      <w:r>
        <w:rPr>
          <w:b/>
          <w:color w:val="31482B"/>
        </w:rPr>
        <w:t xml:space="preserve">Date of Birth:  </w:t>
      </w:r>
      <w:r>
        <w:t>________________________________________</w:t>
      </w:r>
    </w:p>
    <w:p>
      <w:r>
        <w:rPr>
          <w:b/>
          <w:color w:val="31482B"/>
        </w:rPr>
        <w:t xml:space="preserve">Parent/Guardian:  </w:t>
      </w:r>
      <w:r>
        <w:t>________________________________________</w:t>
      </w:r>
    </w:p>
    <w:p>
      <w:r>
        <w:rPr>
          <w:b/>
          <w:color w:val="31482B"/>
        </w:rPr>
        <w:t xml:space="preserve">Home Address:  </w:t>
      </w:r>
      <w:r>
        <w:t>________________________________________</w:t>
      </w:r>
    </w:p>
    <w:p>
      <w:r>
        <w:rPr>
          <w:b/>
          <w:color w:val="31482B"/>
        </w:rPr>
        <w:t xml:space="preserve">Date Enrolled at Cedar Grove Home Academy:  </w:t>
      </w:r>
      <w:r>
        <w:t>________________________________________</w:t>
      </w:r>
    </w:p>
    <w:p>
      <w:r>
        <w:rPr>
          <w:b/>
          <w:color w:val="31482B"/>
        </w:rPr>
        <w:t xml:space="preserve">Expected Graduation Date:  </w:t>
      </w:r>
      <w:r>
        <w:t>________________________________________</w:t>
      </w:r>
    </w:p>
    <w:p>
      <w:r>
        <w:rPr>
          <w:b/>
          <w:color w:val="31482B"/>
        </w:rPr>
        <w:t xml:space="preserve">Previous School(s) / Program(s):  </w:t>
      </w:r>
      <w:r>
        <w:t>________________________________________</w:t>
      </w:r>
    </w:p>
    <w:p>
      <w:pPr>
        <w:pStyle w:val="Heading2"/>
      </w:pPr>
      <w:r>
        <w:t>Prior Academic Records Received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School / Provider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Years Attended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Records on File</w:t>
            </w:r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CERTIFICATE OF ENROLLMENT</w:t>
      </w:r>
    </w:p>
    <w:p>
      <w:r>
        <w:br/>
      </w:r>
    </w:p>
    <w:p>
      <w:pPr>
        <w:jc w:val="center"/>
      </w:pPr>
      <w:r>
        <w:rPr>
          <w:i/>
        </w:rPr>
        <w:t>This certifies that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Grade Level: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pPr>
        <w:jc w:val="center"/>
      </w:pPr>
      <w:r>
        <w:t>is officially enrolled as a student of Cedar Grove Home Academy and is participating in a home-based educational program.</w:t>
      </w:r>
    </w:p>
    <w:p>
      <w:r>
        <w:br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Parent/Administrator Signature</w:t>
            </w:r>
          </w:p>
        </w:tc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</w:t>
            </w:r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FOUR-YEAR HIGH SCHOOL PLAN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Expected Graduation Year:  </w:t>
      </w:r>
      <w:r>
        <w:t>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Subject Area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Grade 9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Grade 10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Grade 11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Grade 12</w:t>
            </w:r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</w:tbl>
    <w:p>
      <w:r>
        <w:t>Planning Notes: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GRADUATION CREDIT TRACKER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Subject Area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Credits Required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Credits Earned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In Progress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Remaining</w:t>
            </w:r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</w:tbl>
    <w:p>
      <w:r>
        <w:br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Total Required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Total Earned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Total In Progress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Total Remaining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ANNUAL GRADE &amp; COURSEWORK RECORD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Grade Level:  </w:t>
      </w:r>
      <w:r>
        <w:t>_____________________________________________</w:t>
      </w:r>
    </w:p>
    <w:p>
      <w:r>
        <w:rPr>
          <w:b/>
          <w:color w:val="31482B"/>
        </w:rPr>
        <w:t xml:space="preserve">School Year:  </w:t>
      </w:r>
      <w:r>
        <w:t>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#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Subject / Course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School or Provider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Final Grade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Credit Earned</w:t>
            </w:r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Parent/Teacher/Administrator Signature</w:t>
            </w:r>
          </w:p>
        </w:tc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</w:t>
            </w:r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OFFICIAL TRANSCRIPT TEMPLATE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Date of Birth:  </w:t>
      </w:r>
      <w:r>
        <w:t>_____________________________________________</w:t>
      </w:r>
    </w:p>
    <w:p>
      <w:r>
        <w:rPr>
          <w:b/>
          <w:color w:val="31482B"/>
        </w:rPr>
        <w:t xml:space="preserve">Expected / Actual Graduation Date:  </w:t>
      </w:r>
      <w:r>
        <w:t>___________________________________</w:t>
      </w:r>
    </w:p>
    <w:p>
      <w:pPr>
        <w:pStyle w:val="Heading2"/>
      </w:pPr>
      <w:r>
        <w:t>Grade 9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Course Title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Provider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Final Grade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Credit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p>
      <w:pPr>
        <w:pStyle w:val="Heading2"/>
      </w:pPr>
      <w:r>
        <w:t>Grade 10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Course Title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Provider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Final Grade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Credit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p>
      <w:pPr>
        <w:pStyle w:val="Heading2"/>
      </w:pPr>
      <w:r>
        <w:t>Grade 11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Course Title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Provider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Final Grade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Credit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p>
      <w:pPr>
        <w:pStyle w:val="Heading2"/>
      </w:pPr>
      <w:r>
        <w:t>Grade 12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Course Title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Provider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Final Grade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Credit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Cumulative Credits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Cumulative GPA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Graduation Date</w:t>
            </w:r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p>
      <w:pPr>
        <w:pStyle w:val="Heading2"/>
      </w:pPr>
      <w:r>
        <w:t>Grading Scale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Letter Grade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Percentage Range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GPA Value</w:t>
            </w:r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Administrator Signature</w:t>
            </w:r>
          </w:p>
        </w:tc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</w:t>
            </w:r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COURSE DESCRIPTION RECORD</w:t>
      </w:r>
    </w:p>
    <w:p>
      <w:r>
        <w:rPr>
          <w:b/>
          <w:color w:val="31482B"/>
        </w:rPr>
        <w:t xml:space="preserve">Course Title: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r>
        <w:rPr>
          <w:b/>
          <w:color w:val="31482B"/>
        </w:rPr>
        <w:t xml:space="preserve">Grade Level:  </w:t>
      </w:r>
      <w:r>
        <w:t>_____________________________________________</w:t>
      </w:r>
    </w:p>
    <w:p>
      <w:r>
        <w:rPr>
          <w:b/>
          <w:color w:val="31482B"/>
        </w:rPr>
        <w:t xml:space="preserve">Credit Value:  </w:t>
      </w:r>
      <w:r>
        <w:t>_____________________________________________</w:t>
      </w:r>
    </w:p>
    <w:p>
      <w:r>
        <w:rPr>
          <w:b/>
          <w:color w:val="31482B"/>
        </w:rPr>
        <w:t xml:space="preserve">Curriculum / Provider:  </w:t>
      </w:r>
      <w:r>
        <w:t>_____________________________________________</w:t>
      </w:r>
    </w:p>
    <w:p>
      <w:pPr>
        <w:pStyle w:val="Heading2"/>
      </w:pPr>
      <w:r>
        <w:t>Course Description</w:t>
      </w:r>
    </w:p>
    <w:p>
      <w:r>
        <w:t>_________________________________________________________________________________________________________</w:t>
        <w:br/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Primary Resources &amp; Materials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Method of Evaluation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Evaluation Method</w:t>
            </w:r>
          </w:p>
        </w:tc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Weight / Notes</w:t>
            </w:r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</w:tbl>
    <w:p>
      <w:r>
        <w:rPr>
          <w:b/>
          <w:color w:val="31482B"/>
        </w:rPr>
        <w:t xml:space="preserve">Final Grade:  </w:t>
      </w:r>
      <w:r>
        <w:t>______________________________</w:t>
      </w:r>
    </w:p>
    <w:p>
      <w:r>
        <w:rPr>
          <w:b/>
          <w:color w:val="31482B"/>
        </w:rPr>
        <w:t xml:space="preserve">Credit Earned:  </w:t>
      </w:r>
      <w:r>
        <w:t>______________________________</w:t>
      </w:r>
    </w:p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CURRICULUM &amp; RESOURCE LOG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r>
        <w:rPr>
          <w:b/>
          <w:color w:val="31482B"/>
        </w:rPr>
        <w:t xml:space="preserve">Grade Level:  </w:t>
      </w:r>
      <w:r>
        <w:t>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Subject / Course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Curriculum / Provider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Textbooks / Resources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Supplemental Materials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ATTENDANCE RECORD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r>
        <w:rPr>
          <w:b/>
          <w:color w:val="31482B"/>
        </w:rPr>
        <w:t xml:space="preserve">Required Instructional Days / Hours:  </w:t>
      </w:r>
      <w:r>
        <w:t>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Month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School Days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Field Trips / Educational Activities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Notes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Total School Days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Total Educational Activity Days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Overall Total</w:t>
            </w:r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INDIVIDUAL LEARNING SUPPORT PLAN</w:t>
      </w:r>
    </w:p>
    <w:p>
      <w:pPr>
        <w:jc w:val="center"/>
      </w:pPr>
      <w:r>
        <w:rPr>
          <w:i/>
          <w:color w:val="6C774D"/>
          <w:sz w:val="18"/>
        </w:rPr>
        <w:t>Private Educational Record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pPr>
        <w:pStyle w:val="Heading2"/>
      </w:pPr>
      <w:r>
        <w:t>Strengths &amp; Interests</w:t>
      </w:r>
    </w:p>
    <w:p>
      <w:r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</w:r>
    </w:p>
    <w:p>
      <w:pPr>
        <w:pStyle w:val="Heading2"/>
      </w:pPr>
      <w:r>
        <w:t>Learning Preferences</w:t>
      </w:r>
    </w:p>
    <w:p>
      <w:r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</w:r>
    </w:p>
    <w:p>
      <w:pPr>
        <w:pStyle w:val="Heading2"/>
      </w:pPr>
      <w:r>
        <w:t>Areas Requiring Support</w:t>
      </w:r>
    </w:p>
    <w:p>
      <w:r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</w:r>
    </w:p>
    <w:p>
      <w:pPr>
        <w:pStyle w:val="Heading2"/>
      </w:pPr>
      <w:r>
        <w:t>Accommodations &amp; Supports</w:t>
      </w:r>
    </w:p>
    <w:p>
      <w:r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</w:r>
    </w:p>
    <w:p>
      <w:pPr>
        <w:pStyle w:val="Heading2"/>
      </w:pPr>
      <w:r>
        <w:t>Goals for Independence &amp; Self-Advocacy</w:t>
      </w:r>
    </w:p>
    <w:p>
      <w:r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  <w:t>_________________________________________________________________________________________________________</w:t>
        <w:br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Reviewed By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Next Review Date</w:t>
            </w:r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ANNUAL STUDENT GOALS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pPr>
        <w:pStyle w:val="Heading2"/>
      </w:pPr>
      <w:r>
        <w:t>Academic Goals</w:t>
      </w:r>
    </w:p>
    <w:p>
      <w:r>
        <w:t>1. __________________________________________________________________________________________</w:t>
        <w:br/>
        <w:t>2. __________________________________________________________________________________________</w:t>
        <w:br/>
        <w:t>3. __________________________________________________________________________________________</w:t>
      </w:r>
    </w:p>
    <w:p>
      <w:pPr>
        <w:pStyle w:val="Heading2"/>
      </w:pPr>
      <w:r>
        <w:t>Personal Growth Goals</w:t>
      </w:r>
    </w:p>
    <w:p>
      <w:r>
        <w:t>1. __________________________________________________________________________________________</w:t>
        <w:br/>
        <w:t>2. __________________________________________________________________________________________</w:t>
        <w:br/>
        <w:t>3. __________________________________________________________________________________________</w:t>
      </w:r>
    </w:p>
    <w:p>
      <w:pPr>
        <w:pStyle w:val="Heading2"/>
      </w:pPr>
      <w:r>
        <w:t>Life Skills Goals</w:t>
      </w:r>
    </w:p>
    <w:p>
      <w:r>
        <w:t>1. __________________________________________________________________________________________</w:t>
        <w:br/>
        <w:t>2. __________________________________________________________________________________________</w:t>
        <w:br/>
        <w:t>3. __________________________________________________________________________________________</w:t>
      </w:r>
    </w:p>
    <w:p>
      <w:pPr>
        <w:pStyle w:val="Heading2"/>
      </w:pPr>
      <w:r>
        <w:t>Spiritual Growth Goals</w:t>
      </w:r>
    </w:p>
    <w:p>
      <w:r>
        <w:t>1. __________________________________________________________________________________________</w:t>
        <w:br/>
        <w:t>2. __________________________________________________________________________________________</w:t>
        <w:br/>
        <w:t>3. __________________________________________________________________________________________</w:t>
      </w:r>
    </w:p>
    <w:p>
      <w:pPr>
        <w:pStyle w:val="Heading2"/>
      </w:pPr>
      <w:r>
        <w:t>Interests &amp; Passions to Explore</w:t>
      </w:r>
    </w:p>
    <w:p>
      <w:r>
        <w:t>1. __________________________________________________________________________________________</w:t>
        <w:br/>
        <w:t>2. __________________________________________________________________________________________</w:t>
        <w:br/>
        <w:t>3. __________________________________________________________________________________________</w:t>
      </w:r>
    </w:p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MID-YEAR PROGRESS REVIEW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r>
        <w:rPr>
          <w:b/>
          <w:color w:val="31482B"/>
        </w:rPr>
        <w:t xml:space="preserve">Review Date:  </w:t>
      </w:r>
      <w:r>
        <w:t>_____________________________________________</w:t>
      </w:r>
    </w:p>
    <w:p>
      <w:pPr>
        <w:pStyle w:val="Heading2"/>
      </w:pPr>
      <w:r>
        <w:t>What Is Going Well?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Academic Progress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Challenges or Barriers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Supports or Adjustments Needed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Priorities for the Remainder of the Year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Student Signature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Parent/Educator Signature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</w:t>
            </w:r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YEAR-END STUDENT REFLECTION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pPr>
        <w:pStyle w:val="Heading2"/>
      </w:pPr>
      <w:r>
        <w:t>What are you most proud of this year?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What was the hardest part of this year?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What did you learn about yourself?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What was your favorite learning experience?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What do you want next year to look like?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6" name="Picture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ANNUAL LEARNING SUMMARY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Grade Level: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Course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Final Grade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Credit Earned</w:t>
            </w:r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p>
      <w:pPr>
        <w:pStyle w:val="Heading2"/>
      </w:pPr>
      <w:r>
        <w:t>Major Accomplishments</w:t>
      </w:r>
    </w:p>
    <w:p>
      <w:r>
        <w:t>_________________________________________________________________________________________________________</w:t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Areas of Growth</w:t>
      </w:r>
    </w:p>
    <w:p>
      <w:r>
        <w:t>_________________________________________________________________________________________________________</w:t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Challenges Overcome</w:t>
      </w:r>
    </w:p>
    <w:p>
      <w:r>
        <w:t>_________________________________________________________________________________________________________</w:t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Extracurricular Activities &amp; Experiences</w:t>
      </w:r>
    </w:p>
    <w:p>
      <w:r>
        <w:t>_________________________________________________________________________________________________________</w:t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Goals for Next Year</w:t>
      </w:r>
    </w:p>
    <w:p>
      <w:r>
        <w:t>_________________________________________________________________________________________________________</w:t>
        <w:br/>
        <w:br/>
        <w:t>_________________________________________________________________________________________________________</w:t>
      </w:r>
    </w:p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7" name="Picture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STUDENT PORTFOLIO CHECKLIST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r>
        <w:rPr>
          <w:b/>
          <w:color w:val="31482B"/>
        </w:rPr>
        <w:t xml:space="preserve">Grade Level:  </w:t>
      </w:r>
      <w:r>
        <w:t>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Portfolio Item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Included</w:t>
            </w:r>
          </w:p>
        </w:tc>
        <w:tc>
          <w:tcPr>
            <w:tcW w:type="dxa" w:w="3456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Notes</w:t>
            </w:r>
          </w:p>
        </w:tc>
      </w:tr>
      <w:tr>
        <w:tc>
          <w:tcPr>
            <w:tcW w:type="dxa" w:w="3456"/>
          </w:tcPr>
          <w:p>
            <w:r>
              <w:t>Beginning-of-year writing sample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Best writing sample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Major project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Math work sample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Science work / lab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Social studies project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Creative work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Certificate or award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Field trip / experiential learning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Volunteer / service record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Photos of learning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3456"/>
          </w:tcPr>
          <w:p>
            <w:r>
              <w:t>Year-end reflection</w:t>
            </w:r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  <w:tc>
          <w:tcPr>
            <w:tcW w:type="dxa" w:w="3456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8" name="Picture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LIFE SKILLS ACHIEVEMENT RECORD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Skill / Competency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Introduced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Developing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Independent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 / Evidence</w:t>
            </w:r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19" name="Picture 1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VOLUNTEER &amp; COMMUNITY SERVICE LOG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Organization / Activity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Service Performed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Hours</w:t>
            </w:r>
          </w:p>
        </w:tc>
        <w:tc>
          <w:tcPr>
            <w:tcW w:type="dxa" w:w="207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Supervisor / Verification</w:t>
            </w:r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  <w:tc>
          <w:tcPr>
            <w:tcW w:type="dxa" w:w="2074"/>
          </w:tcPr>
          <w:p>
            <w:pPr>
              <w:spacing w:before="120" w:after="120"/>
            </w:pPr>
            <w:r/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Total Service Hours</w:t>
            </w:r>
          </w:p>
        </w:tc>
      </w:tr>
      <w:tr>
        <w:tc>
          <w:tcPr>
            <w:tcW w:type="dxa" w:w="10368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20" name="Picture 2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EXTRACURRICULAR ACTIVITIES &amp; ACHIEVEMENTS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Academic Year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Activity / Organization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Role / Participation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Achievement / Recognition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21" name="Picture 2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AWARDS &amp; CERTIFICATES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Award / Certificate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Issuing Organization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Description / Significance</w:t>
            </w:r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22" name="Picture 2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COLLEGE &amp; CAREER PLANNING</w:t>
      </w:r>
    </w:p>
    <w:p>
      <w:pPr>
        <w:pStyle w:val="Heading2"/>
      </w:pPr>
      <w:r>
        <w:t>Interests &amp; Strengths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Career Areas to Explore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Postsecondary Options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Potential Colleges / Programs / Training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Testing &amp; Application Milestones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pStyle w:val="Heading2"/>
      </w:pPr>
      <w:r>
        <w:t>Financial Aid / Scholarship Notes</w:t>
      </w:r>
    </w:p>
    <w:p>
      <w:r>
        <w:t>_________________________________________________________________________________________________________</w:t>
        <w:br/>
        <w:br/>
        <w:br/>
        <w:t>_________________________________________________________________________________________________________</w:t>
      </w:r>
    </w:p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23" name="Picture 2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CERTIFICATE OF GRADE-LEVEL COMPLETION</w:t>
      </w:r>
    </w:p>
    <w:p>
      <w:r>
        <w:br/>
      </w:r>
    </w:p>
    <w:p>
      <w:pPr>
        <w:jc w:val="center"/>
      </w:pPr>
      <w:r>
        <w:t>This certifies that</w:t>
      </w:r>
    </w:p>
    <w:p>
      <w:r>
        <w:rPr>
          <w:b/>
          <w:color w:val="31482B"/>
        </w:rPr>
        <w:t xml:space="preserve">Student Name:  </w:t>
      </w:r>
      <w:r>
        <w:t>_____________________________________________</w:t>
      </w:r>
    </w:p>
    <w:p>
      <w:pPr>
        <w:jc w:val="center"/>
      </w:pPr>
      <w:r>
        <w:t>has successfully completed the academic requirements for</w:t>
      </w:r>
    </w:p>
    <w:p>
      <w:r>
        <w:rPr>
          <w:b/>
          <w:color w:val="31482B"/>
        </w:rPr>
        <w:t xml:space="preserve">Grade Level:  </w:t>
      </w:r>
      <w:r>
        <w:t>_____________________________________________</w:t>
      </w:r>
    </w:p>
    <w:p>
      <w:r>
        <w:rPr>
          <w:b/>
          <w:color w:val="31482B"/>
        </w:rPr>
        <w:t xml:space="preserve">Academic Year:  </w:t>
      </w:r>
      <w:r>
        <w:t>_____________________________________________</w:t>
      </w:r>
    </w:p>
    <w:p>
      <w:r>
        <w:br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Parent/Administrator Signature</w:t>
            </w:r>
          </w:p>
        </w:tc>
        <w:tc>
          <w:tcPr>
            <w:tcW w:type="dxa" w:w="5184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</w:t>
            </w:r>
          </w:p>
        </w:tc>
      </w:tr>
      <w:tr>
        <w:tc>
          <w:tcPr>
            <w:tcW w:type="dxa" w:w="5184"/>
          </w:tcPr>
          <w:p>
            <w:pPr>
              <w:spacing w:before="120" w:after="120"/>
            </w:pPr>
            <w:r/>
          </w:p>
        </w:tc>
        <w:tc>
          <w:tcPr>
            <w:tcW w:type="dxa" w:w="5184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24" name="Picture 2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GRADUATION RECORDS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Record / Requirement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Complete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Date Filed</w:t>
            </w:r>
          </w:p>
        </w:tc>
        <w:tc>
          <w:tcPr>
            <w:tcW w:type="dxa" w:w="2592"/>
            <w:vAlign w:val="center"/>
            <w:shd w:fill="EEF1E9"/>
          </w:tcPr>
          <w:p>
            <w:pPr>
              <w:jc w:val="center"/>
            </w:pPr>
            <w:r>
              <w:rPr>
                <w:b/>
                <w:color w:val="31482B"/>
                <w:sz w:val="18"/>
              </w:rPr>
              <w:t>Notes</w:t>
            </w:r>
          </w:p>
        </w:tc>
      </w:tr>
      <w:tr>
        <w:tc>
          <w:tcPr>
            <w:tcW w:type="dxa" w:w="2592"/>
          </w:tcPr>
          <w:p>
            <w:r>
              <w:t>Four-year academic plan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Annual grade records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Final transcript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Course descriptions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Attendance records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Curriculum/resource logs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Portfolio samples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Learning support records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Life skills record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Community service record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Extracurricular record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Awards/certificates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Year-end reflections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  <w:tr>
        <w:tc>
          <w:tcPr>
            <w:tcW w:type="dxa" w:w="2592"/>
          </w:tcPr>
          <w:p>
            <w:r>
              <w:t>Diploma</w:t>
            </w:r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  <w:tc>
          <w:tcPr>
            <w:tcW w:type="dxa" w:w="2592"/>
          </w:tcPr>
          <w:p>
            <w:pPr>
              <w:spacing w:before="120" w:after="120"/>
            </w:pPr>
            <w:r/>
          </w:p>
        </w:tc>
      </w:tr>
    </w:tbl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9504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31520" cy="731520"/>
                  <wp:docPr id="25" name="Picture 2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31482B"/>
                <w:sz w:val="44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31482B"/>
                <w:sz w:val="22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1482B"/>
          <w:sz w:val="34"/>
        </w:rPr>
        <w:t>ADMINISTRATIVE NOTES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r>
        <w:t>_________________________________________________________________________________________________________</w:t>
      </w:r>
    </w:p>
    <w:p>
      <w:pPr>
        <w:jc w:val="center"/>
      </w:pPr>
      <w:r>
        <w:rPr>
          <w:b/>
          <w:color w:val="31482B"/>
          <w:sz w:val="18"/>
        </w:rPr>
        <w:t>ROOTED IN TRUTH. GROWING IN KNOWLEDGE.</w:t>
      </w:r>
    </w:p>
    <w:p>
      <w:pPr>
        <w:jc w:val="center"/>
      </w:pPr>
      <w:r>
        <w:rPr>
          <w:color w:val="6C774D"/>
          <w:sz w:val="16"/>
        </w:rPr>
        <w:t>PSALMS 92:12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  <w:pgBorders w:offsetFrom="page">
        <w:top w:val="single" w:sz="8" w:space="18" w:color="4B5F3C"/>
        <w:left w:val="single" w:sz="8" w:space="18" w:color="4B5F3C"/>
        <w:bottom w:val="single" w:sz="8" w:space="18" w:color="4B5F3C"/>
        <w:right w:val="single" w:sz="8" w:space="18" w:color="4B5F3C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31482B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31482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31482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