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31482B"/>
          <w:sz w:val="28"/>
        </w:rPr>
        <w:t>CEDAR GROVE HOME ACADEMY — ID CARD TEMPLATES</w:t>
      </w:r>
    </w:p>
    <w:p>
      <w:pPr>
        <w:jc w:val="center"/>
      </w:pPr>
      <w:r>
        <w:rPr>
          <w:sz w:val="16"/>
        </w:rPr>
        <w:t>Designed for standard wallet-size ID cards (approximately 3.375 × 2.125 inches). Add a photo and replace the blank fields before printing.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4860"/>
            <w:vAlign w:val="center"/>
            <w:shd w:fill="F7F5EE"/>
            <w:tcBorders>
              <w:top w:val="single" w:sz="12" w:color="4B5F3C"/>
              <w:left w:val="single" w:sz="12" w:color="4B5F3C"/>
              <w:bottom w:val="single" w:sz="12" w:color="4B5F3C"/>
              <w:right w:val="single" w:sz="12" w:color="4B5F3C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58368" cy="65836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vector_style_circular_logo_badge_on_a_w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583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Georgia" w:hAnsi="Georgia"/>
                <w:b/>
                <w:color w:val="31482B"/>
                <w:sz w:val="30"/>
              </w:rPr>
              <w:t>CEDAR GROVE</w:t>
            </w:r>
          </w:p>
          <w:p>
            <w:pPr>
              <w:spacing w:after="40"/>
              <w:jc w:val="center"/>
            </w:pPr>
            <w:r>
              <w:rPr>
                <w:rFonts w:ascii="Georgia" w:hAnsi="Georgia"/>
                <w:color w:val="31482B"/>
                <w:sz w:val="17"/>
              </w:rPr>
              <w:t>HOME ACADEMY</w:t>
            </w:r>
          </w:p>
          <w:p>
            <w:pPr>
              <w:spacing w:after="100"/>
              <w:jc w:val="center"/>
            </w:pPr>
            <w:r>
              <w:rPr>
                <w:rFonts w:ascii="Georgia" w:hAnsi="Georgia"/>
                <w:b/>
                <w:color w:val="6C774D"/>
                <w:sz w:val="22"/>
              </w:rPr>
              <w:t>STUDENT IDENTIFICATION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1368"/>
              <w:gridCol w:w="3096"/>
            </w:tblGrid>
            <w:tr>
              <w:tc>
                <w:tcPr>
                  <w:tcW w:type="dxa" w:w="2430"/>
                  <w:vAlign w:val="center"/>
                  <w:tcBorders>
                    <w:top w:val="single" w:sz="6" w:color="A0A68A"/>
                    <w:left w:val="single" w:sz="6" w:color="A0A68A"/>
                    <w:bottom w:val="single" w:sz="6" w:color="A0A68A"/>
                    <w:right w:val="single" w:sz="6" w:color="A0A68A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color w:val="6C774D"/>
                      <w:sz w:val="18"/>
                    </w:rPr>
                    <w:br/>
                    <w:t>PHOTO</w:t>
                    <w:br/>
                    <w:br/>
                  </w:r>
                </w:p>
              </w:tc>
              <w:tc>
                <w:tcPr>
                  <w:tcW w:type="dxa" w:w="2430"/>
                </w:tcPr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STUDENT NAME</w:t>
                    <w:br/>
                  </w:r>
                  <w:r>
                    <w:rPr>
                      <w:rFonts w:ascii="Georgia" w:hAnsi="Georgia"/>
                      <w:sz w:val="18"/>
                    </w:rPr>
                    <w:t>________________________</w:t>
                  </w:r>
                </w:p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GRADE LEVEL</w:t>
                    <w:br/>
                  </w:r>
                  <w:r>
                    <w:rPr>
                      <w:rFonts w:ascii="Georgia" w:hAnsi="Georgia"/>
                      <w:sz w:val="18"/>
                    </w:rPr>
                    <w:t>________________________</w:t>
                  </w:r>
                </w:p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SCHOOL YEAR</w:t>
                    <w:br/>
                  </w:r>
                  <w:r>
                    <w:rPr>
                      <w:rFonts w:ascii="Georgia" w:hAnsi="Georgia"/>
                      <w:sz w:val="18"/>
                    </w:rPr>
                    <w:t>________________________</w:t>
                  </w:r>
                </w:p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STUDENT ID</w:t>
                    <w:br/>
                  </w:r>
                  <w:r>
                    <w:rPr>
                      <w:rFonts w:ascii="Georgia" w:hAnsi="Georgia"/>
                      <w:sz w:val="18"/>
                    </w:rPr>
                    <w:t>________________________</w:t>
                  </w:r>
                </w:p>
              </w:tc>
            </w:tr>
          </w:tbl>
          <w:p/>
          <w:p>
            <w:pPr>
              <w:spacing w:before="80" w:after="0"/>
              <w:jc w:val="center"/>
            </w:pPr>
            <w:r>
              <w:rPr>
                <w:rFonts w:ascii="Georgia" w:hAnsi="Georgia"/>
                <w:i/>
                <w:color w:val="31482B"/>
                <w:sz w:val="15"/>
              </w:rPr>
              <w:t>Rooted in Truth. Growing in Knowledge.</w:t>
            </w:r>
          </w:p>
          <w:p>
            <w:pPr>
              <w:spacing w:after="40"/>
              <w:jc w:val="center"/>
            </w:pPr>
            <w:r>
              <w:rPr>
                <w:rFonts w:ascii="Georgia" w:hAnsi="Georgia"/>
                <w:color w:val="6C774D"/>
                <w:sz w:val="13"/>
              </w:rPr>
              <w:t>PSALMS 92:12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4860"/>
            <w:vAlign w:val="center"/>
            <w:shd w:fill="F7F5EE"/>
            <w:tcBorders>
              <w:top w:val="single" w:sz="12" w:color="4B5F3C"/>
              <w:left w:val="single" w:sz="12" w:color="4B5F3C"/>
              <w:bottom w:val="single" w:sz="12" w:color="4B5F3C"/>
              <w:right w:val="single" w:sz="12" w:color="4B5F3C"/>
            </w:tcBorders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58368" cy="6583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_clean_vector_style_circular_logo_badge_on_a_w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6583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Georgia" w:hAnsi="Georgia"/>
                <w:b/>
                <w:color w:val="31482B"/>
                <w:sz w:val="30"/>
              </w:rPr>
              <w:t>CEDAR GROVE</w:t>
            </w:r>
          </w:p>
          <w:p>
            <w:pPr>
              <w:spacing w:after="40"/>
              <w:jc w:val="center"/>
            </w:pPr>
            <w:r>
              <w:rPr>
                <w:rFonts w:ascii="Georgia" w:hAnsi="Georgia"/>
                <w:color w:val="31482B"/>
                <w:sz w:val="17"/>
              </w:rPr>
              <w:t>HOME ACADEMY</w:t>
            </w:r>
          </w:p>
          <w:p>
            <w:pPr>
              <w:spacing w:after="100"/>
              <w:jc w:val="center"/>
            </w:pPr>
            <w:r>
              <w:rPr>
                <w:rFonts w:ascii="Georgia" w:hAnsi="Georgia"/>
                <w:b/>
                <w:color w:val="6C774D"/>
                <w:sz w:val="22"/>
              </w:rPr>
              <w:t>TEACHER / EDUCATOR IDENTIFICATION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1368"/>
              <w:gridCol w:w="3096"/>
            </w:tblGrid>
            <w:tr>
              <w:tc>
                <w:tcPr>
                  <w:tcW w:type="dxa" w:w="2430"/>
                  <w:vAlign w:val="center"/>
                  <w:tcBorders>
                    <w:top w:val="single" w:sz="6" w:color="A0A68A"/>
                    <w:left w:val="single" w:sz="6" w:color="A0A68A"/>
                    <w:bottom w:val="single" w:sz="6" w:color="A0A68A"/>
                    <w:right w:val="single" w:sz="6" w:color="A0A68A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color w:val="6C774D"/>
                      <w:sz w:val="18"/>
                    </w:rPr>
                    <w:br/>
                    <w:t>PHOTO</w:t>
                    <w:br/>
                    <w:br/>
                  </w:r>
                </w:p>
              </w:tc>
              <w:tc>
                <w:tcPr>
                  <w:tcW w:type="dxa" w:w="2430"/>
                </w:tcPr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EDUCATOR NAME</w:t>
                    <w:br/>
                  </w:r>
                  <w:r>
                    <w:rPr>
                      <w:rFonts w:ascii="Georgia" w:hAnsi="Georgia"/>
                      <w:sz w:val="18"/>
                    </w:rPr>
                    <w:t>________________________</w:t>
                  </w:r>
                </w:p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TITLE</w:t>
                    <w:br/>
                  </w:r>
                  <w:r>
                    <w:rPr>
                      <w:rFonts w:ascii="Georgia" w:hAnsi="Georgia"/>
                      <w:sz w:val="18"/>
                    </w:rPr>
                    <w:t>Parent Educator / Instructor</w:t>
                  </w:r>
                </w:p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SCHOOL YEAR</w:t>
                    <w:br/>
                  </w:r>
                  <w:r>
                    <w:rPr>
                      <w:rFonts w:ascii="Georgia" w:hAnsi="Georgia"/>
                      <w:sz w:val="18"/>
                    </w:rPr>
                    <w:t>________________________</w:t>
                  </w:r>
                </w:p>
                <w:p>
                  <w:pPr>
                    <w:spacing w:after="60"/>
                  </w:pPr>
                  <w:r>
                    <w:rPr>
                      <w:rFonts w:ascii="Georgia" w:hAnsi="Georgia"/>
                      <w:b/>
                      <w:color w:val="31482B"/>
                      <w:sz w:val="15"/>
                    </w:rPr>
                    <w:t>EDUCATOR ID</w:t>
                    <w:br/>
                  </w:r>
                  <w:r>
                    <w:rPr>
                      <w:rFonts w:ascii="Georgia" w:hAnsi="Georgia"/>
                      <w:sz w:val="18"/>
                    </w:rPr>
                    <w:t>________________________</w:t>
                  </w:r>
                </w:p>
              </w:tc>
            </w:tr>
          </w:tbl>
          <w:p/>
          <w:p>
            <w:pPr>
              <w:spacing w:before="80" w:after="0"/>
              <w:jc w:val="center"/>
            </w:pPr>
            <w:r>
              <w:rPr>
                <w:rFonts w:ascii="Georgia" w:hAnsi="Georgia"/>
                <w:i/>
                <w:color w:val="31482B"/>
                <w:sz w:val="15"/>
              </w:rPr>
              <w:t>Rooted in Truth. Growing in Knowledge.</w:t>
            </w:r>
          </w:p>
          <w:p>
            <w:pPr>
              <w:spacing w:after="40"/>
              <w:jc w:val="center"/>
            </w:pPr>
            <w:r>
              <w:rPr>
                <w:rFonts w:ascii="Georgia" w:hAnsi="Georgia"/>
                <w:color w:val="6C774D"/>
                <w:sz w:val="13"/>
              </w:rPr>
              <w:t>PSALMS 92:12</w:t>
            </w:r>
          </w:p>
        </w:tc>
      </w:tr>
    </w:tbl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