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9360"/>
      </w:tblGrid>
      <w:tr>
        <w:tc>
          <w:tcPr>
            <w:tcW w:type="dxa" w:w="5184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minimalist_emblem_logo_design_on_a_lig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b/>
                <w:color w:val="2F492A"/>
                <w:sz w:val="50"/>
              </w:rPr>
              <w:t>CEDAR GROVE</w:t>
            </w:r>
          </w:p>
          <w:p>
            <w:pPr>
              <w:jc w:val="center"/>
            </w:pPr>
            <w:r>
              <w:rPr>
                <w:rFonts w:ascii="Georgia" w:hAnsi="Georgia"/>
                <w:color w:val="2F492A"/>
                <w:sz w:val="26"/>
              </w:rPr>
              <w:t>H O M E   A C A D E M Y</w:t>
            </w:r>
          </w:p>
        </w:tc>
      </w:tr>
    </w:tbl>
    <w:p>
      <w:pPr>
        <w:jc w:val="center"/>
      </w:pPr>
      <w:r>
        <w:rPr>
          <w:rFonts w:ascii="Georgia" w:hAnsi="Georgia"/>
          <w:b/>
          <w:color w:val="2F492A"/>
          <w:sz w:val="34"/>
        </w:rPr>
        <w:t>GRADE &amp; COURSEWORK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4032"/>
      </w:tblGrid>
      <w:tr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Student Name:  ________________________</w:t>
            </w:r>
          </w:p>
        </w:tc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Grade Level:  ________________________</w:t>
            </w:r>
          </w:p>
        </w:tc>
      </w:tr>
      <w:tr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School Attended:  ________________________</w:t>
            </w:r>
          </w:p>
        </w:tc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School Year:  ________________________</w:t>
            </w:r>
          </w:p>
        </w:tc>
      </w:tr>
      <w:tr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Program/Curriculum (optional):  ________________________</w:t>
            </w:r>
          </w:p>
        </w:tc>
        <w:tc>
          <w:tcPr>
            <w:tcW w:type="dxa" w:w="5184"/>
            <w:vAlign w:val="bottom"/>
          </w:tcPr>
          <w:p>
            <w:pPr>
              <w:spacing w:after="140"/>
            </w:pPr>
            <w:r>
              <w:rPr>
                <w:rFonts w:ascii="Georgia" w:hAnsi="Georgia"/>
                <w:sz w:val="21"/>
              </w:rPr>
              <w:t>Date of Record:  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"/>
        <w:gridCol w:w="8208"/>
        <w:gridCol w:w="1800"/>
      </w:tblGrid>
      <w:tr>
        <w:tc>
          <w:tcPr>
            <w:tcW w:type="dxa" w:w="3456"/>
            <w:vAlign w:val="center"/>
            <w:shd w:fill="EDEFE7"/>
          </w:tcPr>
          <w:p>
            <w:pPr>
              <w:jc w:val="center"/>
            </w:pPr>
            <w:r>
              <w:rPr>
                <w:rFonts w:ascii="Georgia" w:hAnsi="Georgia"/>
                <w:b/>
                <w:color w:val="2F492A"/>
                <w:sz w:val="20"/>
              </w:rPr>
              <w:t>#</w:t>
            </w:r>
          </w:p>
        </w:tc>
        <w:tc>
          <w:tcPr>
            <w:tcW w:type="dxa" w:w="3456"/>
            <w:vAlign w:val="center"/>
            <w:shd w:fill="EDEFE7"/>
          </w:tcPr>
          <w:p>
            <w:pPr>
              <w:jc w:val="center"/>
            </w:pPr>
            <w:r>
              <w:rPr>
                <w:rFonts w:ascii="Georgia" w:hAnsi="Georgia"/>
                <w:b/>
                <w:color w:val="2F492A"/>
                <w:sz w:val="20"/>
              </w:rPr>
              <w:t>SUBJECT / COURSE</w:t>
            </w:r>
          </w:p>
        </w:tc>
        <w:tc>
          <w:tcPr>
            <w:tcW w:type="dxa" w:w="3456"/>
            <w:vAlign w:val="center"/>
            <w:shd w:fill="EDEFE7"/>
          </w:tcPr>
          <w:p>
            <w:pPr>
              <w:jc w:val="center"/>
            </w:pPr>
            <w:r>
              <w:rPr>
                <w:rFonts w:ascii="Georgia" w:hAnsi="Georgia"/>
                <w:b/>
                <w:color w:val="2F492A"/>
                <w:sz w:val="20"/>
              </w:rPr>
              <w:t>FINAL GRADE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1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2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3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4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5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6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7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8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9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140" w:before="140"/>
              <w:jc w:val="center"/>
            </w:pPr>
            <w:r>
              <w:t>10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left"/>
            </w:pPr>
            <w:r/>
            <w:r>
              <w:rPr>
                <w:rFonts w:ascii="Georgia" w:hAnsi="Georgia"/>
                <w:sz w:val="20"/>
              </w:rPr>
              <w:t>__________________________________________________________</w:t>
            </w:r>
          </w:p>
        </w:tc>
        <w:tc>
          <w:tcPr>
            <w:tcW w:type="dxa" w:w="3456"/>
            <w:vAlign w:val="center"/>
          </w:tcPr>
          <w:p>
            <w:pPr>
              <w:spacing w:before="160" w:after="160"/>
              <w:jc w:val="center"/>
            </w:pPr>
            <w:r/>
            <w:r>
              <w:rPr>
                <w:rFonts w:ascii="Georgia" w:hAnsi="Georgia"/>
                <w:sz w:val="20"/>
              </w:rPr>
              <w:t>___________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8"/>
        <w:gridCol w:w="3168"/>
      </w:tblGrid>
      <w:tr>
        <w:tc>
          <w:tcPr>
            <w:tcW w:type="dxa" w:w="5184"/>
          </w:tcPr>
          <w:p>
            <w:pPr>
              <w:jc w:val="center"/>
            </w:pPr>
            <w:r>
              <w:rPr>
                <w:sz w:val="20"/>
              </w:rPr>
              <w:t>____________________________________________________</w:t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sz w:val="20"/>
              </w:rPr>
              <w:t>____________________</w:t>
            </w:r>
          </w:p>
        </w:tc>
      </w:tr>
      <w:tr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color w:val="2F492A"/>
                <w:sz w:val="18"/>
              </w:rPr>
              <w:t>Parent/Teacher/Administrator Signature</w:t>
            </w:r>
          </w:p>
        </w:tc>
        <w:tc>
          <w:tcPr>
            <w:tcW w:type="dxa" w:w="5184"/>
          </w:tcPr>
          <w:p>
            <w:pPr>
              <w:jc w:val="center"/>
            </w:pPr>
            <w:r>
              <w:rPr>
                <w:rFonts w:ascii="Georgia" w:hAnsi="Georgia"/>
                <w:color w:val="2F492A"/>
                <w:sz w:val="18"/>
              </w:rPr>
              <w:t>Date</w:t>
            </w:r>
          </w:p>
        </w:tc>
      </w:tr>
    </w:tbl>
    <w:p>
      <w:pPr>
        <w:spacing w:before="160"/>
        <w:jc w:val="center"/>
      </w:pPr>
      <w:r>
        <w:rPr>
          <w:rFonts w:ascii="Georgia" w:hAnsi="Georgia"/>
          <w:b/>
          <w:color w:val="2F492A"/>
          <w:sz w:val="20"/>
        </w:rPr>
        <w:t>ROOTED IN TRUTH. GROWING IN KNOWLEDGE.</w:t>
      </w:r>
    </w:p>
    <w:p>
      <w:pPr>
        <w:spacing w:before="0"/>
        <w:jc w:val="center"/>
      </w:pPr>
      <w:r>
        <w:rPr>
          <w:rFonts w:ascii="Georgia" w:hAnsi="Georgia"/>
          <w:color w:val="767D4E"/>
          <w:sz w:val="18"/>
        </w:rPr>
        <w:t>PSALMS 92:12</w:t>
      </w:r>
    </w:p>
    <w:sectPr w:rsidR="00FC693F" w:rsidRPr="0006063C" w:rsidSect="00034616">
      <w:pgSz w:w="12240" w:h="15840"/>
      <w:pgMar w:top="648" w:right="936" w:bottom="648" w:left="936" w:header="720" w:footer="720" w:gutter="0"/>
      <w:cols w:space="720"/>
      <w:docGrid w:linePitch="360"/>
      <w:pgBorders w:offsetFrom="page">
        <w:top w:val="single" w:sz="10" w:space="18" w:color="4B5F3C"/>
        <w:left w:val="single" w:sz="10" w:space="18" w:color="4B5F3C"/>
        <w:bottom w:val="single" w:sz="10" w:space="18" w:color="4B5F3C"/>
        <w:right w:val="single" w:sz="10" w:space="18" w:color="4B5F3C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